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זכות יש אחריות שמתלווה אליה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התאמה בין זכויות לאחריות הקשורה אליהן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של הרעיון במצבים מהיום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לדאוג שהזכות שלי תתקיים גם אצל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לצמצם פסולת ולשמור על המרחב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בין זכות לאחריות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(האחריות לצרף ולא להחרים)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(האחריות לשמור על הגוף ועל הנפש – שלי ושל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(האחריות לשחק הוגן ולשתף)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(האחריות לצמצם פסולת ולשמור על המרחב)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להפריע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פסולת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זכות יש אחריות שמתלווה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בהתאמה בין זכות לאחריות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בהתאמה בין זכות לאחריות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שם הזכות, האחריות המתאימה לה, ודוגמה קונקרטית ממצב יומיומי (למשל בכיתה, במשחק, ברשת) שמראה יישום של האחריות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היא מה שמגיע לי, אחריות היא מה שאני צריך לעשות כדי שהזכות תתקיים גם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מהרשימה שהתאימו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שכולם יוכלו ליהנות מהזכויות שלהם בלי לפגוע אחד בשני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מצב שבו מישהו דרש זכות אבל לא קיים את האחריות הנלווית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לתת דוגמאות אישיות מהיום יום בכיתה או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ואז לדון יחד בכיתה בתשובות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לכל ילד וילדה יש זכויות, אבל יחד עם כל זכות יש גם אחריות: כדי שהזכות שלי תתקיים, אני צריך/ה לדאוג שהיא תתקיים גם אצל 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פסולת  ·  הוגן  ·  להפריע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ההגדרה הכי מתאימה ל'אחריות' שמתלווה לזכות?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לדאוג שהזכות שלי תתקיים גם אצל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לדרוש שהזכות תמיד תהיה שלי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להתעלם מהזכויות של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אחריות הולכת עם הזכות לסביבה נקייה?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לזרוק פסולת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לצמצם פסולת ולשמור על המרחב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להשתמש בהרבה חד פעמי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התאמה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הזכות לשוויון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האחריות לשמור על הגוף ועל הנפש – שלי ושל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האחריות לצרף ולא להחרים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הזכות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האחריות לצמצם פסולת ולשמור על המרחב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הזכות לסביבה נקייה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האחריות לשחק הוגן ולשתף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הזכות למשחק מחייבת אותי לשחק __________ ולשתף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הזכות לחינוך מחייבת אותי ללמוד בלי __________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הזכות לסביבה נקייה מחייבת אותי לצמצם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יש לי זכות, אין לי שום אחריות כלפי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האחריות שקשורה לזכות לחינוך היא ללמוד בלי להפריע לאחרים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הזכות לביטחון כוללת אחריות לעמוד לצד מי שנפגע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זכות אחת מהרשימה וכתבו דוגמה ממצב בכיתה או בבית שבו אתם מיישמים את האחריות שקשורה אליה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לזכות ולאחריות שהולכת איתה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זכות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