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זכות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שלכל זכות יש אחריות שמתלווה אליה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התאמה בין זכויות לאחריות הקשורה אליהן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יישום של הרעיון במצבים מהיום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לדאוג שהזכות שלי תתקיים גם אצל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לא לשתף מידע או תמונות של אחרים בלי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לצמצם פסולת ולשמור על המרחב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הזכות למשחק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להקשיב לדעות אחרות ולהתווכח בכבוד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הזכות לחינוך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בין זכות לאחריות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(האחריות לצרף ולא להחרים)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(האחריות לשמור על הגוף ועל הנפש – שלי ושל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(האחריות לא לפגוע ולעמוד לצד מי שנפגע)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(האחריות לשחק הוגן ולשתף)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(האחריות לא לשתף מידע או תמונות של אחרים בלי רשות)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(האחריות לצמצם פסולת ולשמור על המרחב)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להקשיב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להפריע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פסולת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לפגוע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זכות יש אחריות שמתלווה 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בהתאמה בין זכות לאחריות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פגיעה בזכות לפרטיות של האחר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בהתאמה בין זכות לאחריות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שוויון הוא יחס הוגן לכולם, לא רק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כתוב בהתאמה בין זכות לאחריות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שם הזכות, האחריות המתאימה לה, ודוגמה קונקרטית ממצב יומיומי (למשל בכיתה, במשחק, ברשת) שמראה יישום של האחריות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היא מה שמגיע לי, אחריות היא מה שאני צריך לעשות כדי שהזכות תתקיים גם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מהרשימה שהתאימו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שכולם יוכלו ליהנות מהזכויות שלהם בלי לפגוע אחד בשני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מצב שבו מישהו דרש זכות אבל לא קיים את האחריות הנלווית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לתת דוגמאות אישיות מהיום יום בכיתה או בבית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ואז לדון יחד בכיתה בתשובות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זכות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ילד וילדה יש זכויות, אבל יחד עם כל זכות יש גם אחריות: כדי שהזכות שלי תתקיים, אני צריך/ה לדאוג שהיא תתקיים גם אצל אחרים.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ההגדרה הכי מתאימה ל'אחריות' שמתלווה לזכות?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לדאוג שהזכות שלי תתקיים גם אצל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לדרוש שהזכות תמיד תהיה שלי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מהזכויות של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לוותר על הזכות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אחריות הולכת עם הזכות לפרטיות?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לשתף מידע או תמונות של אחרים בלי רשות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לספר לכולם סודות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לצלם כל אחד בלי לשאול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לפרסם תמונות של חברים ברשת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אחריות הולכת עם הזכות לסביבה נקייה?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לזרוק פסולת בכל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לצמצם פסולת ולשמור על המרחב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להשתמש בהרבה חד פעמי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לשים לב לסביבה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זכות קשורה לאחריות 'לשחק הוגן ולשתף'?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לביטחון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אחריות הולכת עם הזכות להביע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להקשיב לדעות אחרות ולהתווכח בכבוד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לצעוק על מי שחושב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לתת לאחרים לדבר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מדעות של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זכות קשורה לאחריות 'להתאמץ וללמוד בלי להפריע לאחרים'?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לביטחון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לפרטיות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 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האחריות לשמור על הגוף ועל הנפש – שלי ושל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האחריות לשחק הוגן ולשתף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לביטחון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האחריות לצמצם פסולת ולשמור על המרחב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הזכות למשחק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האחריות לא לשתף מידע או תמונות של אחרים בלי רשות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הזכות לפרטיות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האחריות לצרף ולא להחרים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הזכות לסביבה נקייה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האחריות לא לפגוע ולעמוד לצד מי שנפגע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 שרוצה שיקשיבו לדעתו, צריך גם __________ לדעות של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הזכות למשחק מחייבת אותי לשחק __________ ולשתף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הזכות לחינוך מחייבת אותי ללמוד בלי __________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הזכות לפרטיות מחייבת אותי לא לשתף תמונות בלי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הזכות לסביבה נקייה מחייבת אותי לצמצם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הזכות לביטחון מחייבת אותי לא __________ באחרים ולעמוד לצידם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לי זכות, אין לי שום אחריות כלפי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האחריות שקשורה לזכות לחינוך היא ללמוד בלי להפריע לאחרים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לשתף תמונות של חברים ברשת בלי לבקש רשות, כי יש לי זכות לחופש ביטוי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לביטחון כוללת אחריות לעמוד לצד מי שנפגע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שוויון פירושו שרק אני צריך לקבל יחס הוגן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הוגן הוא חלק מהאחריות שקשורה לזכות למשחק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זכות אחת מהרשימה וכתבו דוגמה ממצב בכיתה או בבית שבו אתם מיישמים את האחריות שקשורה אליה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זכות לאחריות?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לזכות ולאחריות שהולכת איתה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שלכל זכות תהיה 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זכות ואחריות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